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机器人与智能装备 × 临沂　｜　编号 robot-LY　｜　就绪分 53（B）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1 个（8422）</w:t>
      </w:r>
    </w:p>
    <w:p>
      <w:r>
        <w:rPr>
          <w:b/>
        </w:rPr>
        <w:t>最新年度中国出口额：</w:t>
      </w:r>
      <w:r>
        <w:t>44.76 亿美元（全国口径，非本市出口）</w:t>
      </w:r>
    </w:p>
    <w:p>
      <w:r>
        <w:rPr>
          <w:b/>
        </w:rPr>
        <w:t>贸易伙伴国别：</w:t>
      </w:r>
      <w:r>
        <w:t>202</w:t>
      </w:r>
    </w:p>
    <w:p>
      <w:r>
        <w:t>三年趋势：2022 年 37.91 亿美元 / 199 国；2023 年 37.21 亿美元 / 204 国；2024 年 44.76 亿美元 / 202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4.63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3.96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1.98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1.96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1.93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1.40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机器人与智能装备是山东的增量赛道：工业机器人本体、协作机器人、AGV、系统集成，配套济南、青岛、淄博的制造基础。优势在「场景落地」而不是通用本体。</w:t>
      </w:r>
    </w:p>
    <w:p>
      <w:r>
        <w:t>· 中国国际贸易促进委员会临沂市委员会（原产地证签发、境外展会与客商对接）</w:t>
      </w:r>
    </w:p>
    <w:p>
      <w:r>
        <w:t>· 临沂市商务局（外贸科：本地出口企业组织与政策兑现）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《机器人与智能装备 × 临沂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