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济宁　｜　编号 robot-JNG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个（8429,8479）</w:t>
      </w:r>
    </w:p>
    <w:p>
      <w:r>
        <w:rPr>
          <w:b/>
        </w:rPr>
        <w:t>最新年度中国出口额：</w:t>
      </w:r>
      <w:r>
        <w:t>338.69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266.99 亿美元 / 206 国；2023 年 300.37 亿美元 / 211 国；2024 年 338.69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22.29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20.03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18.15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17.29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10.89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济宁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