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烟台　｜　编号 refining-YT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个（2710,2902,3902,7321）</w:t>
      </w:r>
    </w:p>
    <w:p>
      <w:r>
        <w:rPr>
          <w:b/>
        </w:rPr>
        <w:t>最新年度中国出口额：</w:t>
      </w:r>
      <w:r>
        <w:t>440.25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569.17 亿美元 / 203 国；2023 年 503.88 亿美元 / 205 国；2024 年 440.25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53.18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34.59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27.62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26.39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23.43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烟台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