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威海　｜　编号 refining-WH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威海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