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日照　｜　编号 refining-RZ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