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临沂　｜　编号 refining-LY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临沂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