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炼化与地炼 × 济宁　｜　编号 refining-JNG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个（2710,2902,3902,7321）</w:t>
      </w:r>
    </w:p>
    <w:p>
      <w:r>
        <w:rPr>
          <w:b/>
        </w:rPr>
        <w:t>最新年度中国出口额：</w:t>
      </w:r>
      <w:r>
        <w:t>440.25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569.17 亿美元 / 203 国；2023 年 503.88 亿美元 / 205 国；2024 年 440.25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53.18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51.95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34.59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27.62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26.39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23.43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全国地炼看山东。东营（广饶、垦利、利津）、淄博（临淄）、滨州、菏泽东明连成片，装置从常减压一路配到重整、加氢、聚丙烯。这一块的客户不是终端车主，是调油商、塑料改性厂和需要合规碳账的集团。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《炼化与地炼 × 济宁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