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菏泽　｜　编号 refining-HZ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个（2710,2713）</w:t>
      </w:r>
    </w:p>
    <w:p>
      <w:r>
        <w:rPr>
          <w:b/>
        </w:rPr>
        <w:t>最新年度中国出口额：</w:t>
      </w:r>
      <w:r>
        <w:t>353.00 亿美元（全国口径，非本市出口）</w:t>
      </w:r>
    </w:p>
    <w:p>
      <w:r>
        <w:rPr>
          <w:b/>
        </w:rPr>
        <w:t>贸易伙伴国别：</w:t>
      </w:r>
      <w:r>
        <w:t>192</w:t>
      </w:r>
    </w:p>
    <w:p>
      <w:r>
        <w:t>三年趋势：2022 年 472.87 亿美元 / 185 国；2023 年 437.99 亿美元 / 193 国；2024 年 353.00 亿美元 / 192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53.04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50.15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26.84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25.30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23.02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21.86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菏泽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