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滨州　｜　编号 refining-BZ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个（2710,7321）</w:t>
      </w:r>
    </w:p>
    <w:p>
      <w:r>
        <w:rPr>
          <w:b/>
        </w:rPr>
        <w:t>最新年度中国出口额：</w:t>
      </w:r>
      <w:r>
        <w:t>398.79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528.14 亿美元 / 203 国；2023 年 475.33 亿美元 / 204 国；2024 年 398.79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52.91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50.31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34.32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27.13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25.41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滨州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