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威海　｜　编号 pulp-WH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个（4703,4802,4804,4810）</w:t>
      </w:r>
    </w:p>
    <w:p>
      <w:r>
        <w:rPr>
          <w:b/>
        </w:rPr>
        <w:t>最新年度中国出口额：</w:t>
      </w:r>
      <w:r>
        <w:t>59.38 亿美元（全国口径，非本市出口）</w:t>
      </w:r>
    </w:p>
    <w:p>
      <w:r>
        <w:rPr>
          <w:b/>
        </w:rPr>
        <w:t>贸易伙伴国别：</w:t>
      </w:r>
      <w:r>
        <w:t>191</w:t>
      </w:r>
    </w:p>
    <w:p>
      <w:r>
        <w:t>三年趋势：2022 年 65.15 亿美元 / 195 国；2023 年 56.47 亿美元 / 195 国；2024 年 59.38 亿美元 / 191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4.90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3.91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3.85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2.72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2.60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2.10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威海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5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