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纸浆与造纸 × 菏泽　｜　编号 pulp-HZ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个（4703,4802,4804,4810）</w:t>
      </w:r>
    </w:p>
    <w:p>
      <w:r>
        <w:rPr>
          <w:b/>
        </w:rPr>
        <w:t>最新年度中国出口额：</w:t>
      </w:r>
      <w:r>
        <w:t>59.38 亿美元（全国口径，非本市出口）</w:t>
      </w:r>
    </w:p>
    <w:p>
      <w:r>
        <w:rPr>
          <w:b/>
        </w:rPr>
        <w:t>贸易伙伴国别：</w:t>
      </w:r>
      <w:r>
        <w:t>191</w:t>
      </w:r>
    </w:p>
    <w:p>
      <w:r>
        <w:t>三年趋势：2022 年 65.15 亿美元 / 195 国；2023 年 56.47 亿美元 / 195 国；2024 年 59.38 亿美元 / 191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4.90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3.91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3.85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2.72</w:t>
            </w:r>
          </w:p>
        </w:tc>
      </w:tr>
      <w:tr>
        <w:tc>
          <w:tcPr>
            <w:tcW w:type="dxa" w:w="3135"/>
          </w:tcPr>
          <w:p>
            <w:r>
              <w:t>TUR</w:t>
            </w:r>
          </w:p>
        </w:tc>
        <w:tc>
          <w:tcPr>
            <w:tcW w:type="dxa" w:w="3135"/>
          </w:tcPr>
          <w:p>
            <w:r>
              <w:t>TÃ¼rkiye</w:t>
            </w:r>
          </w:p>
        </w:tc>
        <w:tc>
          <w:tcPr>
            <w:tcW w:type="dxa" w:w="3135"/>
          </w:tcPr>
          <w:p>
            <w:r>
              <w:t>2.60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 条（status≠closed）</w:t>
      </w:r>
    </w:p>
    <w:p>
      <w:r>
        <w:rPr>
          <w:b/>
        </w:rPr>
        <w:t>exact/near 撮合：</w:t>
      </w:r>
      <w:r>
        <w:t>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山东造纸的优势不在林，在「浆纸一体 + 港口接卸 + 纸种齐全」：木片从日照、岚山、青岛进来，寿光、广饶、兖州、桓台、临清、高唐六个点把浆变成文化纸、包装纸、白卡、生活用纸再发出去。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《纸浆与造纸 × 菏泽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5 条）</w:t>
      </w:r>
    </w:p>
    <w:p>
      <w:r>
        <w:t>4. 撮合记录与对接建议（exact/near 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