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东营　｜　编号 pulp-DY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个（4801,4804）</w:t>
      </w:r>
    </w:p>
    <w:p>
      <w:r>
        <w:rPr>
          <w:b/>
        </w:rPr>
        <w:t>最新年度中国出口额：</w:t>
      </w:r>
      <w:r>
        <w:t>2.77 亿美元（全国口径，非本市出口）</w:t>
      </w:r>
    </w:p>
    <w:p>
      <w:r>
        <w:rPr>
          <w:b/>
        </w:rPr>
        <w:t>贸易伙伴国别：</w:t>
      </w:r>
      <w:r>
        <w:t>162</w:t>
      </w:r>
    </w:p>
    <w:p>
      <w:r>
        <w:t>三年趋势：2022 年 2.63 亿美元 / 163 国；2023 年 2.64 亿美元 / 170 国；2024 年 2.77 亿美元 / 162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0.49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0.24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0.23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0.19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0.18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0.11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东营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