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滨州　｜　编号 pulp-BZ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滨州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