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烟台　｜　编号 precision-YT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个（7616,8480,8482,8708）</w:t>
      </w:r>
    </w:p>
    <w:p>
      <w:r>
        <w:rPr>
          <w:b/>
        </w:rPr>
        <w:t>最新年度中国出口额：</w:t>
      </w:r>
      <w:r>
        <w:t>748.86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683.96 亿美元 / 207 国；2023 年 692.64 亿美元 / 205 国；2024 年 748.86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124.96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58.53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47.54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38.98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31.55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