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精密机械与零部件 × 威海　｜　编号 precision-WH　｜　就绪分 53（B）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1 个（7506）</w:t>
      </w:r>
    </w:p>
    <w:p>
      <w:r>
        <w:rPr>
          <w:b/>
        </w:rPr>
        <w:t>最新年度中国出口额：</w:t>
      </w:r>
      <w:r>
        <w:t>0.96 亿美元（全国口径，非本市出口）</w:t>
      </w:r>
    </w:p>
    <w:p>
      <w:r>
        <w:rPr>
          <w:b/>
        </w:rPr>
        <w:t>贸易伙伴国别：</w:t>
      </w:r>
      <w:r>
        <w:t>113</w:t>
      </w:r>
    </w:p>
    <w:p>
      <w:r>
        <w:t>三年趋势：2022 年 0.98 亿美元 / 105 国；2023 年 1.11 亿美元 / 119 国；2024 年 0.96 亿美元 / 113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0.14</w:t>
            </w:r>
          </w:p>
        </w:tc>
      </w:tr>
      <w:tr>
        <w:tc>
          <w:tcPr>
            <w:tcW w:type="dxa" w:w="3135"/>
          </w:tcPr>
          <w:p>
            <w:r>
              <w:t>S19</w:t>
            </w:r>
          </w:p>
        </w:tc>
        <w:tc>
          <w:tcPr>
            <w:tcW w:type="dxa" w:w="3135"/>
          </w:tcPr>
          <w:p>
            <w:r>
              <w:t>Other Asia, nes</w:t>
            </w:r>
          </w:p>
        </w:tc>
        <w:tc>
          <w:tcPr>
            <w:tcW w:type="dxa" w:w="3135"/>
          </w:tcPr>
          <w:p>
            <w:r>
              <w:t>0.11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0.10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0.09</w:t>
            </w:r>
          </w:p>
        </w:tc>
      </w:tr>
      <w:tr>
        <w:tc>
          <w:tcPr>
            <w:tcW w:type="dxa" w:w="3135"/>
          </w:tcPr>
          <w:p>
            <w:r>
              <w:t>MYS</w:t>
            </w:r>
          </w:p>
        </w:tc>
        <w:tc>
          <w:tcPr>
            <w:tcW w:type="dxa" w:w="3135"/>
          </w:tcPr>
          <w:p>
            <w:r>
              <w:t>Malaysia</w:t>
            </w:r>
          </w:p>
        </w:tc>
        <w:tc>
          <w:tcPr>
            <w:tcW w:type="dxa" w:w="3135"/>
          </w:tcPr>
          <w:p>
            <w:r>
              <w:t>0.07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0.07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精密机械与零部件是山东制造的「隐形强项」：轴承、齿轮、液压件、模具、铸锻件、汽车零部件。这些不进商超，但进全球的整机供应链。</w:t>
      </w:r>
    </w:p>
    <w:p>
      <w:r>
        <w:t>· 中国国际贸易促进委员会威海市委员会（原产地证签发、境外展会与客商对接）</w:t>
      </w:r>
    </w:p>
    <w:p>
      <w:r>
        <w:t>· 威海市商务局（外贸科：本地出口企业组织与政策兑现）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《精密机械与零部件 × 威海 出海作战包》PDF/Word（数据底座 + 市场画像 + 准入要点）</w:t>
      </w:r>
    </w:p>
    <w:p>
      <w:r>
        <w:t>2. 该 HS 组合三年双边贸易流明细（1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