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精密机械与零部件 × 日照　｜　编号 precision-RZ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8 个（7318,7326,8207,8431,8457,8466,8480,8482）</w:t>
      </w:r>
    </w:p>
    <w:p>
      <w:r>
        <w:rPr>
          <w:b/>
        </w:rPr>
        <w:t>最新年度中国出口额：</w:t>
      </w:r>
      <w:r>
        <w:t>658.50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675.71 亿美元 / 207 国；2023 年 628.16 亿美元 / 208 国；2024 年 658.50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75.68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37.41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33.70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32.85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31.81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31.62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精密机械与零部件是山东制造的「隐形强项」：轴承、齿轮、液压件、模具、铸锻件、汽车零部件。这些不进商超，但进全球的整机供应链。</w:t>
      </w:r>
    </w:p>
    <w:p>
      <w:r>
        <w:t>· 中国国际贸易促进委员会日照市委员会（原产地证签发、境外展会与客商对接）</w:t>
      </w:r>
    </w:p>
    <w:p>
      <w:r>
        <w:t>· 日照市商务局（外贸科：本地出口企业组织与政策兑现）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《精密机械与零部件 × 日照 出海作战包》PDF/Word（数据底座 + 市场画像 + 准入要点）</w:t>
      </w:r>
    </w:p>
    <w:p>
      <w:r>
        <w:t>2. 该 HS 组合三年双边贸易流明细（8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