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精密机械与零部件 × 临沂　｜　编号 precision-LY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个（7318）</w:t>
      </w:r>
    </w:p>
    <w:p>
      <w:r>
        <w:rPr>
          <w:b/>
        </w:rPr>
        <w:t>最新年度中国出口额：</w:t>
      </w:r>
      <w:r>
        <w:t>100.30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114.81 亿美元 / 205 国；2023 年 92.88 亿美元 / 206 国；2024 年 100.30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13.30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5.67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5.18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4.82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3.51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3.19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精密机械与零部件是山东制造的「隐形强项」：轴承、齿轮、液压件、模具、铸锻件、汽车零部件。这些不进商超，但进全球的整机供应链。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《精密机械与零部件 × 临沂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