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精密机械与零部件 × 聊城　｜　编号 precision-LC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 个（8482）</w:t>
      </w:r>
    </w:p>
    <w:p>
      <w:r>
        <w:rPr>
          <w:b/>
        </w:rPr>
        <w:t>最新年度中国出口额：</w:t>
      </w:r>
      <w:r>
        <w:t>65.51 亿美元（全国口径，非本市出口）</w:t>
      </w:r>
    </w:p>
    <w:p>
      <w:r>
        <w:rPr>
          <w:b/>
        </w:rPr>
        <w:t>贸易伙伴国别：</w:t>
      </w:r>
      <w:r>
        <w:t>202</w:t>
      </w:r>
    </w:p>
    <w:p>
      <w:r>
        <w:t>三年趋势：2022 年 70.54 亿美元 / 200 国；2023 年 63.96 亿美元 / 200 国；2024 年 65.51 亿美元 / 202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6.54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5.34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5.06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3.64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3.44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2.97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精密机械与零部件是山东制造的「隐形强项」：轴承、齿轮、液压件、模具、铸锻件、汽车零部件。这些不进商超，但进全球的整机供应链。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《精密机械与零部件 × 聊城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