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济南　｜　编号 precision-JN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个（7307,7326,8483,8708）</w:t>
      </w:r>
    </w:p>
    <w:p>
      <w:r>
        <w:rPr>
          <w:b/>
        </w:rPr>
        <w:t>最新年度中国出口额：</w:t>
      </w:r>
      <w:r>
        <w:t>902.02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872.91 亿美元 / 207 国；2023 年 851.62 亿美元 / 207 国；2024 年 902.02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145.84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57.52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56.79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44.75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42.79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39.79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济南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