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德州　｜　编号 precision-DZ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个（7326,8431,8483）</w:t>
      </w:r>
    </w:p>
    <w:p>
      <w:r>
        <w:rPr>
          <w:b/>
        </w:rPr>
        <w:t>最新年度中国出口额：</w:t>
      </w:r>
      <w:r>
        <w:t>453.40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470.69 亿美元 / 206 国；2023 年 436.53 亿美元 / 207 国；2024 年 453.40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57.26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29.80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26.70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22.50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21.22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20.15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