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滨州　｜　编号 precision-BZ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个（7318,7326,8207,8431,8457,8466,8480,8482）</w:t>
      </w:r>
    </w:p>
    <w:p>
      <w:r>
        <w:rPr>
          <w:b/>
        </w:rPr>
        <w:t>最新年度中国出口额：</w:t>
      </w:r>
      <w:r>
        <w:t>658.50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675.71 亿美元 / 207 国；2023 年 628.16 亿美元 / 208 国；2024 年 658.50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75.68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37.41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33.70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32.85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31.81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31.62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滨州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