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港口贸易与供应链 × 枣庄　｜　编号 port-ZZ　｜　就绪分 66（B）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1 个（8426）</w:t>
      </w:r>
    </w:p>
    <w:p>
      <w:r>
        <w:rPr>
          <w:b/>
        </w:rPr>
        <w:t>最新年度中国出口额：</w:t>
      </w:r>
      <w:r>
        <w:t>62.37 亿美元（全国口径，非本市出口）</w:t>
      </w:r>
    </w:p>
    <w:p>
      <w:r>
        <w:rPr>
          <w:b/>
        </w:rPr>
        <w:t>贸易伙伴国别：</w:t>
      </w:r>
      <w:r>
        <w:t>185</w:t>
      </w:r>
    </w:p>
    <w:p>
      <w:r>
        <w:t>三年趋势：2022 年 41.88 亿美元 / 182 国；2023 年 53.20 亿美元 / 186 国；2024 年 62.37 亿美元 / 185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7.21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4.67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4.58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4.09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3.31</w:t>
            </w:r>
          </w:p>
        </w:tc>
      </w:tr>
      <w:tr>
        <w:tc>
          <w:tcPr>
            <w:tcW w:type="dxa" w:w="3135"/>
          </w:tcPr>
          <w:p>
            <w:r>
              <w:t>LKA</w:t>
            </w:r>
          </w:p>
        </w:tc>
        <w:tc>
          <w:tcPr>
            <w:tcW w:type="dxa" w:w="3135"/>
          </w:tcPr>
          <w:p>
            <w:r>
              <w:t>Sri Lanka</w:t>
            </w:r>
          </w:p>
        </w:tc>
        <w:tc>
          <w:tcPr>
            <w:tcW w:type="dxa" w:w="3135"/>
          </w:tcPr>
          <w:p>
            <w:r>
              <w:t>2.46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山东港口群是全球最密的港口集群之一：青岛港、日照港、烟台港、渤海湾港，2024 年沿海港口吞吐量超 20 亿吨。岱宗把港口能力做成「可查询、可预订、可结算」的服务。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《港口贸易与供应链 × 枣庄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