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潍坊　｜　编号 port-WF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潍坊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