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港口贸易与供应链 × 临沂　｜　编号 port-LY　｜　就绪分 45（B）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山东港口群是全球最密的港口集群之一：青岛港、日照港、烟台港、渤海湾港，2024 年沿海港口吞吐量超 20 亿吨。岱宗把港口能力做成「可查询、可预订、可结算」的服务。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《港口贸易与供应链 × 临沂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1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