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济南　｜　编号 port-JN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济南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