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东营　｜　编号 port-DY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东营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