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枣庄　｜　编号 papercut-ZZ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