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剪纸与纸艺 × 威海　｜　编号 papercut-WH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个（4823,4911,9701）</w:t>
      </w:r>
    </w:p>
    <w:p>
      <w:r>
        <w:rPr>
          <w:b/>
        </w:rPr>
        <w:t>最新年度中国出口额：</w:t>
      </w:r>
      <w:r>
        <w:t>71.62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74.84 亿美元 / 206 国；2023 年 65.79 亿美元 / 206 国；2024 年 71.62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15.20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7.55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剪纸是县域里最能吸纳居家就业的手艺：高密、莒县、胶州、茌平各有一路刀法。单值不高，但它是「文化 + 礼品 + 跨境小包」三件事的交点，也是唯一天然带版权属性的品类。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《剪纸与纸艺 × 威海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