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潍坊　｜　编号 papercut-WF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个（4823,9701）</w:t>
      </w:r>
    </w:p>
    <w:p>
      <w:r>
        <w:rPr>
          <w:b/>
        </w:rPr>
        <w:t>最新年度中国出口额：</w:t>
      </w:r>
      <w:r>
        <w:t>55.36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57.72 亿美元 / 204 国；2023 年 50.56 亿美元 / 204 国；2024 年 55.36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9.44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7.23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3.09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3.06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2.56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2.29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潍坊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