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泰安　｜　编号 papercut-TA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泰安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