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日照　｜　编号 papercut-RZ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个（4823）</w:t>
      </w:r>
    </w:p>
    <w:p>
      <w:r>
        <w:rPr>
          <w:b/>
        </w:rPr>
        <w:t>最新年度中国出口额：</w:t>
      </w:r>
      <w:r>
        <w:t>46.67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48.99 亿美元 / 204 国；2023 年 44.31 亿美元 / 204 国；2024 年 46.67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8.97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3.04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3.02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2.56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2.16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1.69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日照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