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青岛　｜　编号 papercut-QD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个（4911,9701）</w:t>
      </w:r>
    </w:p>
    <w:p>
      <w:r>
        <w:rPr>
          <w:b/>
        </w:rPr>
        <w:t>最新年度中国出口额：</w:t>
      </w:r>
      <w:r>
        <w:t>24.95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25.85 亿美元 / 199 国；2023 年 21.49 亿美元 / 198 国；2024 年 24.95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6.63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6.23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1.33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1.07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0.83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0.74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青岛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