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临沂　｜　编号 papercut-LY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临沂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