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剪纸与纸艺 × 聊城　｜　编号 papercut-LC　｜　就绪分 53（B）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0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1 个（4823）</w:t>
      </w:r>
    </w:p>
    <w:p>
      <w:r>
        <w:rPr>
          <w:b/>
        </w:rPr>
        <w:t>最新年度中国出口额：</w:t>
      </w:r>
      <w:r>
        <w:t>46.67 亿美元（全国口径，非本市出口）</w:t>
      </w:r>
    </w:p>
    <w:p>
      <w:r>
        <w:rPr>
          <w:b/>
        </w:rPr>
        <w:t>贸易伙伴国别：</w:t>
      </w:r>
      <w:r>
        <w:t>202</w:t>
      </w:r>
    </w:p>
    <w:p>
      <w:r>
        <w:t>三年趋势：2022 年 48.99 亿美元 / 204 国；2023 年 44.31 亿美元 / 204 国；2024 年 46.67 亿美元 / 202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8.97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3.04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3.02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2.56</w:t>
            </w:r>
          </w:p>
        </w:tc>
      </w:tr>
      <w:tr>
        <w:tc>
          <w:tcPr>
            <w:tcW w:type="dxa" w:w="3135"/>
          </w:tcPr>
          <w:p>
            <w:r>
              <w:t>GBR</w:t>
            </w:r>
          </w:p>
        </w:tc>
        <w:tc>
          <w:tcPr>
            <w:tcW w:type="dxa" w:w="3135"/>
          </w:tcPr>
          <w:p>
            <w:r>
              <w:t>United Kingdom</w:t>
            </w:r>
          </w:p>
        </w:tc>
        <w:tc>
          <w:tcPr>
            <w:tcW w:type="dxa" w:w="3135"/>
          </w:tcPr>
          <w:p>
            <w:r>
              <w:t>2.16</w:t>
            </w:r>
          </w:p>
        </w:tc>
      </w:tr>
      <w:tr>
        <w:tc>
          <w:tcPr>
            <w:tcW w:type="dxa" w:w="3135"/>
          </w:tcPr>
          <w:p>
            <w:r>
              <w:t>CAN</w:t>
            </w:r>
          </w:p>
        </w:tc>
        <w:tc>
          <w:tcPr>
            <w:tcW w:type="dxa" w:w="3135"/>
          </w:tcPr>
          <w:p>
            <w:r>
              <w:t>Canada</w:t>
            </w:r>
          </w:p>
        </w:tc>
        <w:tc>
          <w:tcPr>
            <w:tcW w:type="dxa" w:w="3135"/>
          </w:tcPr>
          <w:p>
            <w:r>
              <w:t>1.69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剪纸是县域里最能吸纳居家就业的手艺：高密、莒县、胶州、茌平各有一路刀法。单值不高，但它是「文化 + 礼品 + 跨境小包」三件事的交点，也是唯一天然带版权属性的品类。</w:t>
      </w:r>
    </w:p>
    <w:p>
      <w:r>
        <w:t>· 中国国际贸易促进委员会聊城市委员会（原产地证签发、境外展会与客商对接）</w:t>
      </w:r>
    </w:p>
    <w:p>
      <w:r>
        <w:t>· 聊城市商务局（外贸科：本地出口企业组织与政策兑现）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《剪纸与纸艺 × 聊城 出海作战包》PDF/Word（数据底座 + 市场画像 + 准入要点）</w:t>
      </w:r>
    </w:p>
    <w:p>
      <w:r>
        <w:t>2. 该 HS 组合三年双边贸易流明细（1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