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滨州　｜　编号 papercut-BZ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个（4823,4911,9701）</w:t>
      </w:r>
    </w:p>
    <w:p>
      <w:r>
        <w:rPr>
          <w:b/>
        </w:rPr>
        <w:t>最新年度中国出口额：</w:t>
      </w:r>
      <w:r>
        <w:t>71.62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74.84 亿美元 / 206 国；2023 年 65.79 亿美元 / 206 国；2024 年 71.62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15.20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7.55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4.11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3.90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3.75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滨州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