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潍坊　｜　编号 nursery-WF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个（0602,0603,9406）</w:t>
      </w:r>
    </w:p>
    <w:p>
      <w:r>
        <w:rPr>
          <w:b/>
        </w:rPr>
        <w:t>最新年度中国出口额：</w:t>
      </w:r>
      <w:r>
        <w:t>39.08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31.76 亿美元 / 203 国；2023 年 33.00 亿美元 / 201 国；2024 年 39.08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5.02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2.05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1.24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