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泰安　｜　编号 nursery-TA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个（0602）</w:t>
      </w:r>
    </w:p>
    <w:p>
      <w:r>
        <w:rPr>
          <w:b/>
        </w:rPr>
        <w:t>最新年度中国出口额：</w:t>
      </w:r>
      <w:r>
        <w:t>3.74 亿美元（全国口径，非本市出口）</w:t>
      </w:r>
    </w:p>
    <w:p>
      <w:r>
        <w:rPr>
          <w:b/>
        </w:rPr>
        <w:t>贸易伙伴国别：</w:t>
      </w:r>
      <w:r>
        <w:t>113</w:t>
      </w:r>
    </w:p>
    <w:p>
      <w:r>
        <w:t>三年趋势：2022 年 3.43 亿美元 / 107 国；2023 年 2.95 亿美元 / 112 国；2024 年 3.74 亿美元 / 113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0.76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0.54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0.51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0.34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0.23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0.15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泰安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