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青岛　｜　编号 nursery-QD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