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济南　｜　编号 nursery-JN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个（0602,1515）</w:t>
      </w:r>
    </w:p>
    <w:p>
      <w:r>
        <w:rPr>
          <w:b/>
        </w:rPr>
        <w:t>最新年度中国出口额：</w:t>
      </w:r>
      <w:r>
        <w:t>5.75 亿美元（全国口径，非本市出口）</w:t>
      </w:r>
    </w:p>
    <w:p>
      <w:r>
        <w:rPr>
          <w:b/>
        </w:rPr>
        <w:t>贸易伙伴国别：</w:t>
      </w:r>
      <w:r>
        <w:t>148</w:t>
      </w:r>
    </w:p>
    <w:p>
      <w:r>
        <w:t>三年趋势：2022 年 5.81 亿美元 / 142 国；2023 年 4.74 亿美元 / 154 国；2024 年 5.75 亿美元 / 148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1.05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0.61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0.55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0.48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0.34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0.27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济南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