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苗木花卉 × 菏泽　｜　编号 nursery-HZ　｜　就绪分 53（B）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1</w:t>
      </w:r>
    </w:p>
    <w:p>
      <w:r>
        <w:rPr>
          <w:b/>
        </w:rPr>
        <w:t>产业带集群：</w:t>
      </w:r>
      <w:r>
        <w:t>1</w:t>
      </w:r>
    </w:p>
    <w:p>
      <w:r>
        <w:rPr>
          <w:b/>
        </w:rPr>
        <w:t>覆盖 HS4：</w:t>
      </w:r>
      <w:r>
        <w:t>2 个（0602,0603）</w:t>
      </w:r>
    </w:p>
    <w:p>
      <w:r>
        <w:rPr>
          <w:b/>
        </w:rPr>
        <w:t>最新年度中国出口额：</w:t>
      </w:r>
      <w:r>
        <w:t>5.60 亿美元（全国口径，非本市出口）</w:t>
      </w:r>
    </w:p>
    <w:p>
      <w:r>
        <w:rPr>
          <w:b/>
        </w:rPr>
        <w:t>贸易伙伴国别：</w:t>
      </w:r>
      <w:r>
        <w:t>146</w:t>
      </w:r>
    </w:p>
    <w:p>
      <w:r>
        <w:t>三年趋势：2022 年 5.11 亿美元 / 130 国；2023 年 4.58 亿美元 / 143 国；2024 年 5.60 亿美元 / 146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0.81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0.80</w:t>
            </w:r>
          </w:p>
        </w:tc>
      </w:tr>
      <w:tr>
        <w:tc>
          <w:tcPr>
            <w:tcW w:type="dxa" w:w="3135"/>
          </w:tcPr>
          <w:p>
            <w:r>
              <w:t>KOR</w:t>
            </w:r>
          </w:p>
        </w:tc>
        <w:tc>
          <w:tcPr>
            <w:tcW w:type="dxa" w:w="3135"/>
          </w:tcPr>
          <w:p>
            <w:r>
              <w:t>Rep. of Korea</w:t>
            </w:r>
          </w:p>
        </w:tc>
        <w:tc>
          <w:tcPr>
            <w:tcW w:type="dxa" w:w="3135"/>
          </w:tcPr>
          <w:p>
            <w:r>
              <w:t>0.71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0.62</w:t>
            </w:r>
          </w:p>
        </w:tc>
      </w:tr>
      <w:tr>
        <w:tc>
          <w:tcPr>
            <w:tcW w:type="dxa" w:w="3135"/>
          </w:tcPr>
          <w:p>
            <w:r>
              <w:t>NLD</w:t>
            </w:r>
          </w:p>
        </w:tc>
        <w:tc>
          <w:tcPr>
            <w:tcW w:type="dxa" w:w="3135"/>
          </w:tcPr>
          <w:p>
            <w:r>
              <w:t>Netherlands</w:t>
            </w:r>
          </w:p>
        </w:tc>
        <w:tc>
          <w:tcPr>
            <w:tcW w:type="dxa" w:w="3135"/>
          </w:tcPr>
          <w:p>
            <w:r>
              <w:t>0.36</w:t>
            </w:r>
          </w:p>
        </w:tc>
      </w:tr>
      <w:tr>
        <w:tc>
          <w:tcPr>
            <w:tcW w:type="dxa" w:w="3135"/>
          </w:tcPr>
          <w:p>
            <w:r>
              <w:t>THA</w:t>
            </w:r>
          </w:p>
        </w:tc>
        <w:tc>
          <w:tcPr>
            <w:tcW w:type="dxa" w:w="3135"/>
          </w:tcPr>
          <w:p>
            <w:r>
              <w:t>Thailand</w:t>
            </w:r>
          </w:p>
        </w:tc>
        <w:tc>
          <w:tcPr>
            <w:tcW w:type="dxa" w:w="3135"/>
          </w:tcPr>
          <w:p>
            <w:r>
              <w:t>0.27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山东是全国最大的苗木花卉产区之一：观赏苗木、果树苗、盆花、鲜切花、草坪，配套温控与组培。出口受检疫限制严格，但果树苗与盆花对中亚、东南亚有实际需求。</w:t>
      </w:r>
    </w:p>
    <w:p>
      <w:r>
        <w:t>· 中国国际贸易促进委员会菏泽市委员会（原产地证签发、境外展会与客商对接）</w:t>
      </w:r>
    </w:p>
    <w:p>
      <w:r>
        <w:t>· 菏泽市商务局（外贸科：本地出口企业组织与政策兑现）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《苗木花卉 × 菏泽 出海作战包》PDF/Word（数据底座 + 市场画像 + 准入要点）</w:t>
      </w:r>
    </w:p>
    <w:p>
      <w:r>
        <w:t>2. 该 HS 组合三年双边贸易流明细（2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