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滨州　｜　编号 nursery-BZ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