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烟台　｜　编号 newenergy-YT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个（8502）</w:t>
      </w:r>
    </w:p>
    <w:p>
      <w:r>
        <w:rPr>
          <w:b/>
        </w:rPr>
        <w:t>最新年度中国出口额：</w:t>
      </w:r>
      <w:r>
        <w:t>81.63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75.17 亿美元 / 197 国；2023 年 85.69 亿美元 / 204 国；2024 年 81.63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5.65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5.06</w:t>
            </w:r>
          </w:p>
        </w:tc>
      </w:tr>
      <w:tr>
        <w:tc>
          <w:tcPr>
            <w:tcW w:type="dxa" w:w="3135"/>
          </w:tcPr>
          <w:p>
            <w:r>
              <w:t>ZAF</w:t>
            </w:r>
          </w:p>
        </w:tc>
        <w:tc>
          <w:tcPr>
            <w:tcW w:type="dxa" w:w="3135"/>
          </w:tcPr>
          <w:p>
            <w:r>
              <w:t>South Africa</w:t>
            </w:r>
          </w:p>
        </w:tc>
        <w:tc>
          <w:tcPr>
            <w:tcW w:type="dxa" w:w="3135"/>
          </w:tcPr>
          <w:p>
            <w:r>
              <w:t>4.16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3.93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3.34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3.07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36 条（status≠closed）</w:t>
      </w:r>
    </w:p>
    <w:p>
      <w:r>
        <w:rPr>
          <w:b/>
        </w:rPr>
        <w:t>exact/near 撮合：</w:t>
      </w:r>
      <w:r>
        <w:t>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烟台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36 条）</w:t>
      </w:r>
    </w:p>
    <w:p>
      <w:r>
        <w:t>4. 撮合记录与对接建议（exact/near 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