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潍坊　｜　编号 newenergy-WF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个（2804,8504,8541）</w:t>
      </w:r>
    </w:p>
    <w:p>
      <w:r>
        <w:rPr>
          <w:b/>
        </w:rPr>
        <w:t>最新年度中国出口额：</w:t>
      </w:r>
      <w:r>
        <w:t>1066.31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1146.08 亿美元 / 205 国；2023 年 1165.10 亿美元 / 206 国；2024 年 1066.31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132.15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68.71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58.07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48.01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45.09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40.96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58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40 条）</w:t>
      </w:r>
    </w:p>
    <w:p>
      <w:r>
        <w:t>4. 撮合记录与对接建议（exact/near 58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