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青岛　｜　编号 newenergy-QD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个（2804,8502,8504,8507）</w:t>
      </w:r>
    </w:p>
    <w:p>
      <w:r>
        <w:rPr>
          <w:b/>
        </w:rPr>
        <w:t>最新年度中国出口额：</w:t>
      </w:r>
      <w:r>
        <w:t>1380.88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1218.57 亿美元 / 205 国；2023 年 1422.96 亿美元 / 207 国；2024 年 1380.88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223.13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159.65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64.46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61.81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61.69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53.25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37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37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