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临沂　｜　编号 newenergy-LY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个（8405,8541）</w:t>
      </w:r>
    </w:p>
    <w:p>
      <w:r>
        <w:rPr>
          <w:b/>
        </w:rPr>
        <w:t>最新年度中国出口额：</w:t>
      </w:r>
      <w:r>
        <w:t>523.97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598.76 亿美元 / 202 国；2023 年 616.42 亿美元 / 204 国；2024 年 523.97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90.02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44.39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30.56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27.49</w:t>
            </w:r>
          </w:p>
        </w:tc>
      </w:tr>
      <w:tr>
        <w:tc>
          <w:tcPr>
            <w:tcW w:type="dxa" w:w="3135"/>
          </w:tcPr>
          <w:p>
            <w:r>
              <w:t>PAK</w:t>
            </w:r>
          </w:p>
        </w:tc>
        <w:tc>
          <w:tcPr>
            <w:tcW w:type="dxa" w:w="3135"/>
          </w:tcPr>
          <w:p>
            <w:r>
              <w:t>Pakistan</w:t>
            </w:r>
          </w:p>
        </w:tc>
        <w:tc>
          <w:tcPr>
            <w:tcW w:type="dxa" w:w="3135"/>
          </w:tcPr>
          <w:p>
            <w:r>
              <w:t>21.41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20.65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39 条（status≠closed）</w:t>
      </w:r>
    </w:p>
    <w:p>
      <w:r>
        <w:rPr>
          <w:b/>
        </w:rPr>
        <w:t>exact/near 撮合：</w:t>
      </w:r>
      <w:r>
        <w:t>52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39 条）</w:t>
      </w:r>
    </w:p>
    <w:p>
      <w:r>
        <w:t>4. 撮合记录与对接建议（exact/near 52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