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新能源与储能 × 济宁　｜　编号 newenergy-JNG　｜　就绪分 88（A）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2</w:t>
      </w:r>
    </w:p>
    <w:p>
      <w:r>
        <w:rPr>
          <w:b/>
        </w:rPr>
        <w:t>产业带集群：</w:t>
      </w:r>
      <w:r>
        <w:t>0</w:t>
      </w:r>
    </w:p>
    <w:p>
      <w:r>
        <w:rPr>
          <w:b/>
        </w:rPr>
        <w:t>覆盖 HS4：</w:t>
      </w:r>
      <w:r>
        <w:t>1 个（8507）</w:t>
      </w:r>
    </w:p>
    <w:p>
      <w:r>
        <w:rPr>
          <w:b/>
        </w:rPr>
        <w:t>最新年度中国出口额：</w:t>
      </w:r>
      <w:r>
        <w:t>754.94 亿美元（全国口径，非本市出口）</w:t>
      </w:r>
    </w:p>
    <w:p>
      <w:r>
        <w:rPr>
          <w:b/>
        </w:rPr>
        <w:t>贸易伙伴国别：</w:t>
      </w:r>
      <w:r>
        <w:t>202</w:t>
      </w:r>
    </w:p>
    <w:p>
      <w:r>
        <w:t>三年趋势：2022 年 594.92 亿美元 / 200 国；2023 年 786.85 亿美元 / 202 国；2024 年 754.94 亿美元 / 202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178.64</w:t>
            </w:r>
          </w:p>
        </w:tc>
      </w:tr>
      <w:tr>
        <w:tc>
          <w:tcPr>
            <w:tcW w:type="dxa" w:w="3135"/>
          </w:tcPr>
          <w:p>
            <w:r>
              <w:t>DEU</w:t>
            </w:r>
          </w:p>
        </w:tc>
        <w:tc>
          <w:tcPr>
            <w:tcW w:type="dxa" w:w="3135"/>
          </w:tcPr>
          <w:p>
            <w:r>
              <w:t>Germany</w:t>
            </w:r>
          </w:p>
        </w:tc>
        <w:tc>
          <w:tcPr>
            <w:tcW w:type="dxa" w:w="3135"/>
          </w:tcPr>
          <w:p>
            <w:r>
              <w:t>128.69</w:t>
            </w:r>
          </w:p>
        </w:tc>
      </w:tr>
      <w:tr>
        <w:tc>
          <w:tcPr>
            <w:tcW w:type="dxa" w:w="3135"/>
          </w:tcPr>
          <w:p>
            <w:r>
              <w:t>KOR</w:t>
            </w:r>
          </w:p>
        </w:tc>
        <w:tc>
          <w:tcPr>
            <w:tcW w:type="dxa" w:w="3135"/>
          </w:tcPr>
          <w:p>
            <w:r>
              <w:t>Rep. of Korea</w:t>
            </w:r>
          </w:p>
        </w:tc>
        <w:tc>
          <w:tcPr>
            <w:tcW w:type="dxa" w:w="3135"/>
          </w:tcPr>
          <w:p>
            <w:r>
              <w:t>41.74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41.06</w:t>
            </w:r>
          </w:p>
        </w:tc>
      </w:tr>
      <w:tr>
        <w:tc>
          <w:tcPr>
            <w:tcW w:type="dxa" w:w="3135"/>
          </w:tcPr>
          <w:p>
            <w:r>
              <w:t>IND</w:t>
            </w:r>
          </w:p>
        </w:tc>
        <w:tc>
          <w:tcPr>
            <w:tcW w:type="dxa" w:w="3135"/>
          </w:tcPr>
          <w:p>
            <w:r>
              <w:t>India</w:t>
            </w:r>
          </w:p>
        </w:tc>
        <w:tc>
          <w:tcPr>
            <w:tcW w:type="dxa" w:w="3135"/>
          </w:tcPr>
          <w:p>
            <w:r>
              <w:t>28.44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21.86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36 条（status≠closed）</w:t>
      </w:r>
    </w:p>
    <w:p>
      <w:r>
        <w:rPr>
          <w:b/>
        </w:rPr>
        <w:t>exact/near 撮合：</w:t>
      </w:r>
      <w:r>
        <w:t>2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山东的新能源是「制造 + 应用」双轮：光伏组件、风电装备、储能电池、氢能、生物质能装机量全国前列。出口以组件、支架、储能柜、逆变器配套为主。</w:t>
      </w:r>
    </w:p>
    <w:p>
      <w:r>
        <w:t>· 中国国际贸易促进委员会济宁市委员会（原产地证签发、境外展会与客商对接）</w:t>
      </w:r>
    </w:p>
    <w:p>
      <w:r>
        <w:t>· 济宁市商务局（外贸科：本地出口企业组织与政策兑现）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《新能源与储能 × 济宁 出海作战包》PDF/Word（数据底座 + 市场画像 + 准入要点）</w:t>
      </w:r>
    </w:p>
    <w:p>
      <w:r>
        <w:t>2. 该 HS 组合三年双边贸易流明细（1 个 HS4 / 最新年度 2024）</w:t>
      </w:r>
    </w:p>
    <w:p>
      <w:r>
        <w:t>3. 目的国 TOP 采购方与在采需求清单（当前在采 36 条）</w:t>
      </w:r>
    </w:p>
    <w:p>
      <w:r>
        <w:t>4. 撮合记录与对接建议（exact/near 2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