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济南　｜　编号 newenergy-JN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个（8504,8541）</w:t>
      </w:r>
    </w:p>
    <w:p>
      <w:r>
        <w:rPr>
          <w:b/>
        </w:rPr>
        <w:t>最新年度中国出口额：</w:t>
      </w:r>
      <w:r>
        <w:t>1042.79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1113.12 亿美元 / 205 国；2023 年 1145.83 亿美元 / 206 国；2024 年 1042.79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132.06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66.86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57.72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47.81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44.92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37.96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58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济南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40 条）</w:t>
      </w:r>
    </w:p>
    <w:p>
      <w:r>
        <w:t>4. 撮合记录与对接建议（exact/near 58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