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德州　｜　编号 newenergy-DZ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个（8405）</w:t>
      </w:r>
    </w:p>
    <w:p>
      <w:r>
        <w:rPr>
          <w:b/>
        </w:rPr>
        <w:t>最新年度中国出口额：</w:t>
      </w:r>
      <w:r>
        <w:t>1.97 亿美元（全国口径，非本市出口）</w:t>
      </w:r>
    </w:p>
    <w:p>
      <w:r>
        <w:rPr>
          <w:b/>
        </w:rPr>
        <w:t>贸易伙伴国别：</w:t>
      </w:r>
      <w:r>
        <w:t>138</w:t>
      </w:r>
    </w:p>
    <w:p>
      <w:r>
        <w:t>三年趋势：2022 年 1.17 亿美元 / 127 国；2023 年 1.74 亿美元 / 144 国；2024 年 1.97 亿美元 / 138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0.54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0.24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0.22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0.17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0.10</w:t>
            </w:r>
          </w:p>
        </w:tc>
      </w:tr>
      <w:tr>
        <w:tc>
          <w:tcPr>
            <w:tcW w:type="dxa" w:w="3135"/>
          </w:tcPr>
          <w:p>
            <w:r>
              <w:t>ZMB</w:t>
            </w:r>
          </w:p>
        </w:tc>
        <w:tc>
          <w:tcPr>
            <w:tcW w:type="dxa" w:w="3135"/>
          </w:tcPr>
          <w:p>
            <w:r>
              <w:t>Zambia</w:t>
            </w:r>
          </w:p>
        </w:tc>
        <w:tc>
          <w:tcPr>
            <w:tcW w:type="dxa" w:w="3135"/>
          </w:tcPr>
          <w:p>
            <w:r>
              <w:t>0.05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36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