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东营　｜　编号 newenergy-DY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5 个（2804,7308,8502,8507,8541）</w:t>
      </w:r>
    </w:p>
    <w:p>
      <w:r>
        <w:rPr>
          <w:b/>
        </w:rPr>
        <w:t>最新年度中国出口额：</w:t>
      </w:r>
      <w:r>
        <w:t>1580.34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1462.94 亿美元 / 206 国；2023 年 1687.82 亿美元 / 206 国；2024 年 1580.34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205.03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160.40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116.66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77.95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76.76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60.68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41 条（status≠closed）</w:t>
      </w:r>
    </w:p>
    <w:p>
      <w:r>
        <w:rPr>
          <w:b/>
        </w:rPr>
        <w:t>exact/near 撮合：</w:t>
      </w:r>
      <w:r>
        <w:t>64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东营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41 条）</w:t>
      </w:r>
    </w:p>
    <w:p>
      <w:r>
        <w:t>4. 撮合记录与对接建议（exact/near 64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