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矿产与金属材料 × 淄博　｜　编号 mineral-ZB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个（2516,2701,2704,6802,7102,7108,7601,8207）</w:t>
      </w:r>
    </w:p>
    <w:p>
      <w:r>
        <w:rPr>
          <w:b/>
        </w:rPr>
        <w:t>最新年度中国出口额：</w:t>
      </w:r>
      <w:r>
        <w:t>275.62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208.65 亿美元 / 203 国；2023 年 184.37 亿美元 / 200 国；2024 年 275.62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118.37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17.80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11.03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10.82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10.70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10.56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山东的矿产优势不在稀有金属，而在「大宗 + 加工」：金、铁、煤、石墨、滑石、膨润土，配套选矿与深加工能力。出口以加工品和材料为主，原矿受限。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《矿产与金属材料 × 淄博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2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